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60"/>
        <w:jc w:val="left"/>
      </w:pPr>
      <w:r>
        <w:rPr>
          <w:rFonts w:ascii="Calibri" w:hAnsi="Calibri"/>
          <w:b/>
          <w:i w:val="0"/>
          <w:color w:val="0070C0"/>
          <w:sz w:val="18"/>
        </w:rPr>
        <w:t>ATTESTATION</w:t>
      </w:r>
    </w:p>
    <w:p>
      <w:pPr>
        <w:spacing w:before="0" w:after="80"/>
        <w:jc w:val="left"/>
      </w:pPr>
      <w:r>
        <w:rPr>
          <w:rFonts w:ascii="Calibri" w:hAnsi="Calibri"/>
          <w:b/>
          <w:i w:val="0"/>
          <w:color w:val="0F2B4D"/>
          <w:sz w:val="44"/>
        </w:rPr>
        <w:t>Attestation de présence</w:t>
      </w:r>
    </w:p>
    <w:p>
      <w:pPr>
        <w:spacing w:before="0" w:after="360" w:line="60" w:lineRule="exact"/>
        <w:shd w:fill="0070C0"/>
      </w:pPr>
    </w:p>
    <w:p>
      <w:pPr>
        <w:keepNext w:val="0"/>
        <w:spacing w:before="0" w:after="40" w:line="264" w:lineRule="auto"/>
        <w:jc w:val="right"/>
      </w:pPr>
      <w:r>
        <w:rPr>
          <w:rFonts w:ascii="Calibri" w:hAnsi="Calibri"/>
          <w:b/>
          <w:i w:val="0"/>
          <w:color w:val="0F2B4D"/>
          <w:sz w:val="22"/>
        </w:rPr>
        <w:t xml:space="preserve">À l’attention de </w:t>
      </w:r>
      <w:r>
        <w:rPr>
          <w:rFonts w:ascii="Calibri" w:hAnsi="Calibri"/>
          <w:b/>
          <w:i w:val="0"/>
          <w:color w:val="0F2B4D"/>
          <w:sz w:val="22"/>
        </w:rPr>
        <w:t>{titreNomPrenom}</w:t>
      </w:r>
    </w:p>
    <w:p>
      <w:pPr>
        <w:keepNext w:val="0"/>
        <w:spacing w:before="0" w:after="0" w:line="264" w:lineRule="auto"/>
        <w:jc w:val="right"/>
      </w:pPr>
      <w:r>
        <w:rPr>
          <w:rFonts w:ascii="Calibri" w:hAnsi="Calibri"/>
          <w:b w:val="0"/>
          <w:i w:val="0"/>
          <w:sz w:val="22"/>
        </w:rPr>
        <w:t>{adresseRue}</w:t>
      </w:r>
    </w:p>
    <w:p>
      <w:pPr>
        <w:keepNext w:val="0"/>
        <w:spacing w:before="0" w:after="400" w:line="264" w:lineRule="auto"/>
        <w:jc w:val="right"/>
      </w:pPr>
      <w:r>
        <w:rPr>
          <w:rFonts w:ascii="Calibri" w:hAnsi="Calibri"/>
          <w:b w:val="0"/>
          <w:i w:val="0"/>
          <w:sz w:val="22"/>
        </w:rPr>
        <w:t>{codePostal}</w:t>
      </w:r>
      <w:r>
        <w:rPr>
          <w:rFonts w:ascii="Calibri" w:hAnsi="Calibri"/>
          <w:b w:val="0"/>
          <w:i w:val="0"/>
          <w:sz w:val="22"/>
        </w:rPr>
        <w:t xml:space="preserve"> </w:t>
      </w:r>
      <w:r>
        <w:rPr>
          <w:rFonts w:ascii="Calibri" w:hAnsi="Calibri"/>
          <w:b w:val="0"/>
          <w:i w:val="0"/>
          <w:sz w:val="22"/>
        </w:rPr>
        <w:t>{ville}</w:t>
      </w:r>
    </w:p>
    <w:p>
      <w:pPr>
        <w:keepNext w:val="0"/>
        <w:spacing w:before="0" w:after="280" w:line="264" w:lineRule="auto"/>
        <w:jc w:val="left"/>
      </w:pPr>
      <w:r>
        <w:rPr>
          <w:rFonts w:ascii="Calibri" w:hAnsi="Calibri"/>
          <w:b/>
          <w:i w:val="0"/>
          <w:color w:val="0F2B4D"/>
          <w:sz w:val="22"/>
        </w:rPr>
        <w:t>Objet : Attestation de présence</w:t>
      </w:r>
    </w:p>
    <w:p>
      <w:pPr>
        <w:keepNext w:val="0"/>
        <w:spacing w:before="0" w:after="240" w:line="264" w:lineRule="auto"/>
        <w:jc w:val="left"/>
      </w:pPr>
      <w:r>
        <w:rPr>
          <w:rFonts w:ascii="Calibri" w:hAnsi="Calibri"/>
          <w:b w:val="0"/>
          <w:i w:val="0"/>
          <w:sz w:val="22"/>
        </w:rPr>
        <w:t>Madame, Monsieur,</w:t>
      </w:r>
    </w:p>
    <w:p>
      <w:pPr>
        <w:keepNext w:val="0"/>
        <w:spacing w:before="0" w:after="240" w:line="264" w:lineRule="auto"/>
        <w:jc w:val="both"/>
      </w:pPr>
      <w:r>
        <w:rPr>
          <w:rFonts w:ascii="Calibri" w:hAnsi="Calibri"/>
          <w:b w:val="0"/>
          <w:i w:val="0"/>
          <w:sz w:val="22"/>
        </w:rPr>
        <w:t xml:space="preserve">Je soussigné(e), </w:t>
      </w:r>
      <w:r>
        <w:rPr>
          <w:rFonts w:ascii="Calibri" w:hAnsi="Calibri"/>
          <w:b w:val="0"/>
          <w:i w:val="0"/>
          <w:sz w:val="22"/>
        </w:rPr>
        <w:t>{signataireNom}</w:t>
      </w:r>
      <w:r>
        <w:rPr>
          <w:rFonts w:ascii="Calibri" w:hAnsi="Calibri"/>
          <w:b w:val="0"/>
          <w:i w:val="0"/>
          <w:sz w:val="22"/>
        </w:rPr>
        <w:t xml:space="preserve">, </w:t>
      </w:r>
      <w:r>
        <w:rPr>
          <w:rFonts w:ascii="Calibri" w:hAnsi="Calibri"/>
          <w:b w:val="0"/>
          <w:i w:val="0"/>
          <w:sz w:val="22"/>
        </w:rPr>
        <w:t>{signataireFonction}</w:t>
      </w:r>
      <w:r>
        <w:rPr>
          <w:rFonts w:ascii="Calibri" w:hAnsi="Calibri"/>
          <w:b w:val="0"/>
          <w:i w:val="0"/>
          <w:sz w:val="22"/>
        </w:rPr>
        <w:t xml:space="preserve"> de </w:t>
      </w:r>
      <w:r>
        <w:rPr>
          <w:rFonts w:ascii="Calibri" w:hAnsi="Calibri"/>
          <w:b w:val="0"/>
          <w:i w:val="0"/>
          <w:sz w:val="22"/>
        </w:rPr>
        <w:t>{etablissement}</w:t>
      </w:r>
      <w:r>
        <w:rPr>
          <w:rFonts w:ascii="Calibri" w:hAnsi="Calibri"/>
          <w:b w:val="0"/>
          <w:i w:val="0"/>
          <w:sz w:val="22"/>
        </w:rPr>
        <w:t xml:space="preserve">, atteste que </w:t>
      </w:r>
      <w:r>
        <w:rPr>
          <w:rFonts w:ascii="Calibri" w:hAnsi="Calibri"/>
          <w:b w:val="0"/>
          <w:i w:val="0"/>
          <w:sz w:val="22"/>
        </w:rPr>
        <w:t>{titreNomPrenom}</w:t>
      </w:r>
      <w:r>
        <w:rPr>
          <w:rFonts w:ascii="Calibri" w:hAnsi="Calibri"/>
          <w:b w:val="0"/>
          <w:i w:val="0"/>
          <w:sz w:val="22"/>
        </w:rPr>
        <w:t xml:space="preserve">, matricule </w:t>
      </w:r>
      <w:r>
        <w:rPr>
          <w:rFonts w:ascii="Calibri" w:hAnsi="Calibri"/>
          <w:b w:val="0"/>
          <w:i w:val="0"/>
          <w:sz w:val="22"/>
        </w:rPr>
        <w:t>{cos}</w:t>
      </w:r>
      <w:r>
        <w:rPr>
          <w:rFonts w:ascii="Calibri" w:hAnsi="Calibri"/>
          <w:b w:val="0"/>
          <w:i w:val="0"/>
          <w:sz w:val="22"/>
        </w:rPr>
        <w:t xml:space="preserve">, exerce actuellement au sein de notre établissement en qualité de </w:t>
      </w:r>
      <w:r>
        <w:rPr>
          <w:rFonts w:ascii="Calibri" w:hAnsi="Calibri"/>
          <w:b w:val="0"/>
          <w:i w:val="0"/>
          <w:sz w:val="22"/>
        </w:rPr>
        <w:t>{poste}</w:t>
      </w:r>
      <w:r>
        <w:rPr>
          <w:rFonts w:ascii="Calibri" w:hAnsi="Calibri"/>
          <w:b w:val="0"/>
          <w:i w:val="0"/>
          <w:sz w:val="22"/>
        </w:rPr>
        <w:t xml:space="preserve">, dans le cadre d’un contrat </w:t>
      </w:r>
      <w:r>
        <w:rPr>
          <w:rFonts w:ascii="Calibri" w:hAnsi="Calibri"/>
          <w:b w:val="0"/>
          <w:i w:val="0"/>
          <w:sz w:val="22"/>
        </w:rPr>
        <w:t>{typeContrat}</w:t>
      </w:r>
      <w:r>
        <w:rPr>
          <w:rFonts w:ascii="Calibri" w:hAnsi="Calibri"/>
          <w:b w:val="0"/>
          <w:i w:val="0"/>
          <w:sz w:val="22"/>
        </w:rPr>
        <w:t xml:space="preserve">, depuis le </w:t>
      </w:r>
      <w:r>
        <w:rPr>
          <w:rFonts w:ascii="Calibri" w:hAnsi="Calibri"/>
          <w:b w:val="0"/>
          <w:i w:val="0"/>
          <w:sz w:val="22"/>
        </w:rPr>
        <w:t>{dateEmbauche}</w:t>
      </w:r>
      <w:r>
        <w:rPr>
          <w:rFonts w:ascii="Calibri" w:hAnsi="Calibri"/>
          <w:b w:val="0"/>
          <w:i w:val="0"/>
          <w:sz w:val="22"/>
        </w:rPr>
        <w:t>.</w:t>
      </w:r>
    </w:p>
    <w:p>
      <w:pPr>
        <w:keepNext w:val="0"/>
        <w:spacing w:before="0" w:after="240" w:line="264" w:lineRule="auto"/>
        <w:jc w:val="both"/>
      </w:pPr>
      <w:r>
        <w:rPr>
          <w:rFonts w:ascii="Calibri" w:hAnsi="Calibri"/>
          <w:b w:val="0"/>
          <w:i w:val="0"/>
          <w:sz w:val="22"/>
        </w:rPr>
        <w:t xml:space="preserve">La présente attestation est établie à la demande de l’intéressé(e) pour : </w:t>
      </w:r>
      <w:r>
        <w:rPr>
          <w:rFonts w:ascii="Calibri" w:hAnsi="Calibri"/>
          <w:b w:val="0"/>
          <w:i w:val="0"/>
          <w:sz w:val="22"/>
        </w:rPr>
        <w:t>{objetAttestation}</w:t>
      </w:r>
      <w:r>
        <w:rPr>
          <w:rFonts w:ascii="Calibri" w:hAnsi="Calibri"/>
          <w:b w:val="0"/>
          <w:i w:val="0"/>
          <w:sz w:val="22"/>
        </w:rPr>
        <w:t>.</w:t>
      </w:r>
    </w:p>
    <w:p>
      <w:pPr>
        <w:keepNext w:val="0"/>
        <w:spacing w:before="0" w:after="400" w:line="264" w:lineRule="auto"/>
        <w:jc w:val="both"/>
      </w:pPr>
      <w:r>
        <w:rPr>
          <w:rFonts w:ascii="Calibri" w:hAnsi="Calibri"/>
          <w:b w:val="0"/>
          <w:i w:val="0"/>
          <w:sz w:val="22"/>
        </w:rPr>
        <w:t>Elle est délivrée pour servir et valoir ce que de droit, sans préjuger de la situation future du salarié au sein de l’entreprise.</w:t>
      </w:r>
    </w:p>
    <w:p>
      <w:pPr>
        <w:keepNext w:val="0"/>
        <w:spacing w:before="0" w:after="360" w:line="264" w:lineRule="auto"/>
        <w:jc w:val="right"/>
      </w:pPr>
      <w:r>
        <w:rPr>
          <w:rFonts w:ascii="Calibri" w:hAnsi="Calibri"/>
          <w:b w:val="0"/>
          <w:i w:val="0"/>
          <w:sz w:val="22"/>
        </w:rPr>
        <w:t xml:space="preserve">Fait à </w:t>
      </w:r>
      <w:r>
        <w:rPr>
          <w:rFonts w:ascii="Calibri" w:hAnsi="Calibri"/>
          <w:b w:val="0"/>
          <w:i w:val="0"/>
          <w:sz w:val="22"/>
        </w:rPr>
        <w:t>{lieuDocument}</w:t>
      </w:r>
      <w:r>
        <w:rPr>
          <w:rFonts w:ascii="Calibri" w:hAnsi="Calibri"/>
          <w:b w:val="0"/>
          <w:i w:val="0"/>
          <w:sz w:val="22"/>
        </w:rPr>
        <w:t xml:space="preserve">, le </w:t>
      </w:r>
      <w:r>
        <w:rPr>
          <w:rFonts w:ascii="Calibri" w:hAnsi="Calibri"/>
          <w:b w:val="0"/>
          <w:i w:val="0"/>
          <w:sz w:val="22"/>
        </w:rPr>
        <w:t>{dateDocument}</w:t>
      </w:r>
      <w:r>
        <w:rPr>
          <w:rFonts w:ascii="Calibri" w:hAnsi="Calibri"/>
          <w:b w:val="0"/>
          <w:i w:val="0"/>
          <w:sz w:val="22"/>
        </w:rPr>
        <w:t>.</w:t>
      </w:r>
    </w:p>
    <w:p>
      <w:pPr>
        <w:keepNext w:val="0"/>
        <w:spacing w:before="0" w:after="20" w:line="264" w:lineRule="auto"/>
        <w:jc w:val="right"/>
      </w:pPr>
      <w:r>
        <w:rPr>
          <w:rFonts w:ascii="Calibri" w:hAnsi="Calibri"/>
          <w:b/>
          <w:i w:val="0"/>
          <w:color w:val="0F2B4D"/>
          <w:sz w:val="22"/>
        </w:rPr>
        <w:t>{signataireNom}</w:t>
      </w:r>
    </w:p>
    <w:p>
      <w:pPr>
        <w:keepNext w:val="0"/>
        <w:spacing w:before="0" w:after="0" w:line="264" w:lineRule="auto"/>
        <w:jc w:val="right"/>
      </w:pPr>
      <w:r>
        <w:rPr>
          <w:rFonts w:ascii="Calibri" w:hAnsi="Calibri"/>
          <w:b w:val="0"/>
          <w:i w:val="0"/>
          <w:sz w:val="22"/>
        </w:rPr>
        <w:t>{signataireFonction}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417" w:bottom="1077" w:left="1417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b w:val="0"/>
        <w:i w:val="0"/>
        <w:color w:val="5F7086"/>
        <w:sz w:val="16"/>
      </w:rPr>
      <w:t>Document généré depuis un modèle RH Connect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i w:val="0"/>
        <w:color w:val="0070C0"/>
        <w:sz w:val="18"/>
      </w:rPr>
      <w:t>RH CONNECT</w:t>
    </w:r>
    <w:r>
      <w:rPr>
        <w:rFonts w:ascii="Calibri" w:hAnsi="Calibri"/>
        <w:b w:val="0"/>
        <w:i w:val="0"/>
        <w:color w:val="5F7086"/>
        <w:sz w:val="17"/>
      </w:rPr>
      <w:t xml:space="preserve">   |   RESSOURCES HUMAINES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démonstration — Attestation de présence</dc:title>
  <dc:subject>Modèle DOCX importable dans RH Connect</dc:subject>
  <dc:creator>RH Connect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